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FF3A28" w14:textId="67BD388D" w:rsidR="00E03F11" w:rsidRPr="00E03F11" w:rsidRDefault="00E03F11" w:rsidP="003A2FAE">
      <w:pPr>
        <w:spacing w:after="0"/>
        <w:ind w:left="6237"/>
        <w:rPr>
          <w:szCs w:val="28"/>
          <w:lang w:val="ru-RU"/>
        </w:rPr>
      </w:pPr>
      <w:r w:rsidRPr="00E03F11">
        <w:rPr>
          <w:szCs w:val="28"/>
          <w:lang w:val="ru-RU"/>
        </w:rPr>
        <w:t xml:space="preserve">Вносится депутатами </w:t>
      </w:r>
    </w:p>
    <w:p w14:paraId="6EA355C7" w14:textId="77777777" w:rsidR="003A2FAE" w:rsidRDefault="00E03F11" w:rsidP="003A2FAE">
      <w:pPr>
        <w:spacing w:after="0"/>
        <w:ind w:left="6237"/>
        <w:rPr>
          <w:szCs w:val="28"/>
          <w:lang w:val="ru-RU"/>
        </w:rPr>
      </w:pPr>
      <w:r w:rsidRPr="00E03F11">
        <w:rPr>
          <w:szCs w:val="28"/>
          <w:lang w:val="ru-RU"/>
        </w:rPr>
        <w:t>Государственной Думы</w:t>
      </w:r>
    </w:p>
    <w:p w14:paraId="2F5554E0" w14:textId="77777777" w:rsidR="003A2FAE" w:rsidRDefault="003A2FAE" w:rsidP="003A2FAE">
      <w:pPr>
        <w:spacing w:after="0"/>
        <w:ind w:left="6237"/>
        <w:rPr>
          <w:szCs w:val="28"/>
          <w:lang w:val="ru-RU"/>
        </w:rPr>
      </w:pPr>
    </w:p>
    <w:p w14:paraId="77A5D669" w14:textId="731C9D17" w:rsidR="003A2FAE" w:rsidRDefault="003A2FAE" w:rsidP="003A2FAE">
      <w:pPr>
        <w:spacing w:after="0"/>
        <w:ind w:left="6237"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В.А.Даванковым</w:t>
      </w:r>
      <w:proofErr w:type="spellEnd"/>
      <w:r>
        <w:rPr>
          <w:szCs w:val="28"/>
          <w:lang w:val="ru-RU"/>
        </w:rPr>
        <w:t>,</w:t>
      </w:r>
    </w:p>
    <w:p w14:paraId="18BBAE5B" w14:textId="0500735B" w:rsidR="003A2FAE" w:rsidRDefault="003A2FAE" w:rsidP="003A2FAE">
      <w:pPr>
        <w:spacing w:after="0"/>
        <w:ind w:left="6237"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Г.К.Араповым</w:t>
      </w:r>
      <w:proofErr w:type="spellEnd"/>
      <w:r>
        <w:rPr>
          <w:szCs w:val="28"/>
          <w:lang w:val="ru-RU"/>
        </w:rPr>
        <w:t>,</w:t>
      </w:r>
    </w:p>
    <w:p w14:paraId="2BC378DD" w14:textId="6BEE7FFB" w:rsidR="003A2FAE" w:rsidRDefault="003A2FAE" w:rsidP="003A2FAE">
      <w:pPr>
        <w:spacing w:after="0"/>
        <w:ind w:left="6237"/>
        <w:rPr>
          <w:szCs w:val="28"/>
          <w:lang w:val="ru-RU"/>
        </w:rPr>
      </w:pPr>
      <w:proofErr w:type="spellStart"/>
      <w:r>
        <w:rPr>
          <w:szCs w:val="28"/>
          <w:lang w:val="ru-RU"/>
        </w:rPr>
        <w:t>Я.А.Самылиным</w:t>
      </w:r>
      <w:proofErr w:type="spellEnd"/>
      <w:r>
        <w:rPr>
          <w:szCs w:val="28"/>
          <w:lang w:val="ru-RU"/>
        </w:rPr>
        <w:t>,</w:t>
      </w:r>
    </w:p>
    <w:p w14:paraId="40B71053" w14:textId="510D9A27" w:rsidR="003A2FAE" w:rsidRDefault="003A2FAE" w:rsidP="003A2FAE">
      <w:pPr>
        <w:spacing w:after="0"/>
        <w:ind w:left="6237"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А.О.Ткачевым</w:t>
      </w:r>
      <w:proofErr w:type="spellEnd"/>
    </w:p>
    <w:p w14:paraId="49FA0C6E" w14:textId="77777777" w:rsidR="003A2FAE" w:rsidRDefault="003A2FAE" w:rsidP="003A2FAE">
      <w:pPr>
        <w:spacing w:after="0"/>
        <w:ind w:left="6237"/>
        <w:rPr>
          <w:szCs w:val="28"/>
          <w:lang w:val="ru-RU"/>
        </w:rPr>
      </w:pPr>
    </w:p>
    <w:p w14:paraId="6E97EE00" w14:textId="0B1E9561" w:rsidR="00526BF1" w:rsidRPr="003A2FAE" w:rsidRDefault="00FC507F" w:rsidP="003A2FAE">
      <w:pPr>
        <w:spacing w:after="0"/>
        <w:ind w:left="6237"/>
        <w:rPr>
          <w:szCs w:val="28"/>
          <w:lang w:val="ru-RU"/>
        </w:rPr>
      </w:pPr>
      <w:r w:rsidRPr="00E03F11">
        <w:rPr>
          <w:lang w:val="ru-RU"/>
        </w:rPr>
        <w:t>Проект</w:t>
      </w:r>
    </w:p>
    <w:p w14:paraId="559263D8" w14:textId="77777777" w:rsidR="00526BF1" w:rsidRPr="00E03F11" w:rsidRDefault="00526BF1">
      <w:pPr>
        <w:spacing w:after="0"/>
        <w:rPr>
          <w:lang w:val="ru-RU"/>
        </w:rPr>
      </w:pPr>
    </w:p>
    <w:p w14:paraId="6C0D3A65" w14:textId="77777777" w:rsidR="00526BF1" w:rsidRPr="00E03F11" w:rsidRDefault="00526BF1">
      <w:pPr>
        <w:spacing w:after="0"/>
        <w:rPr>
          <w:lang w:val="ru-RU"/>
        </w:rPr>
      </w:pPr>
    </w:p>
    <w:p w14:paraId="7FC23CDE" w14:textId="4792A0DE" w:rsidR="00526BF1" w:rsidRPr="00E03F11" w:rsidRDefault="00FC507F" w:rsidP="003A2FAE">
      <w:pPr>
        <w:spacing w:after="0"/>
        <w:jc w:val="center"/>
        <w:rPr>
          <w:lang w:val="ru-RU"/>
        </w:rPr>
      </w:pPr>
      <w:r w:rsidRPr="00E03F11">
        <w:rPr>
          <w:b/>
          <w:lang w:val="ru-RU"/>
        </w:rPr>
        <w:t>ФЕДЕРАЛЬНЫЙ ЗАКОН</w:t>
      </w:r>
    </w:p>
    <w:p w14:paraId="59A5FDE5" w14:textId="77777777" w:rsidR="00526BF1" w:rsidRPr="00E03F11" w:rsidRDefault="00FC507F">
      <w:pPr>
        <w:spacing w:after="0"/>
        <w:jc w:val="center"/>
        <w:rPr>
          <w:lang w:val="ru-RU"/>
        </w:rPr>
      </w:pPr>
      <w:r w:rsidRPr="00E03F11">
        <w:rPr>
          <w:b/>
          <w:lang w:val="ru-RU"/>
        </w:rPr>
        <w:t>О внесении изменения в статью 128</w:t>
      </w:r>
    </w:p>
    <w:p w14:paraId="500A0DBC" w14:textId="77777777" w:rsidR="00526BF1" w:rsidRPr="00E03F11" w:rsidRDefault="00FC507F">
      <w:pPr>
        <w:spacing w:after="0"/>
        <w:jc w:val="center"/>
        <w:rPr>
          <w:lang w:val="ru-RU"/>
        </w:rPr>
      </w:pPr>
      <w:r w:rsidRPr="00E03F11">
        <w:rPr>
          <w:b/>
          <w:lang w:val="ru-RU"/>
        </w:rPr>
        <w:t>Трудового кодекса Российской Федерации</w:t>
      </w:r>
    </w:p>
    <w:p w14:paraId="2CBDD371" w14:textId="77777777" w:rsidR="00526BF1" w:rsidRPr="00E03F11" w:rsidRDefault="00526BF1">
      <w:pPr>
        <w:spacing w:after="0"/>
        <w:rPr>
          <w:lang w:val="ru-RU"/>
        </w:rPr>
      </w:pPr>
    </w:p>
    <w:p w14:paraId="13938EBA" w14:textId="388EC1F1" w:rsidR="00526BF1" w:rsidRPr="00E03F11" w:rsidRDefault="00FC507F" w:rsidP="003A2FAE">
      <w:pPr>
        <w:spacing w:after="0" w:line="360" w:lineRule="auto"/>
        <w:ind w:firstLine="709"/>
        <w:rPr>
          <w:lang w:val="ru-RU"/>
        </w:rPr>
      </w:pPr>
      <w:r w:rsidRPr="00E03F11">
        <w:rPr>
          <w:b/>
          <w:lang w:val="ru-RU"/>
        </w:rPr>
        <w:t>Статья 1</w:t>
      </w:r>
    </w:p>
    <w:p w14:paraId="15C57D2E" w14:textId="45F6CC27" w:rsidR="00E03F11" w:rsidRDefault="00FC507F" w:rsidP="003A2FAE">
      <w:pPr>
        <w:spacing w:after="0" w:line="360" w:lineRule="auto"/>
        <w:ind w:firstLine="709"/>
        <w:jc w:val="both"/>
        <w:rPr>
          <w:lang w:val="ru-RU"/>
        </w:rPr>
      </w:pPr>
      <w:r w:rsidRPr="00E03F11">
        <w:rPr>
          <w:lang w:val="ru-RU"/>
        </w:rPr>
        <w:t xml:space="preserve">Внести в </w:t>
      </w:r>
      <w:r w:rsidR="00E03F11">
        <w:rPr>
          <w:lang w:val="ru-RU"/>
        </w:rPr>
        <w:t xml:space="preserve">статью 128 </w:t>
      </w:r>
      <w:r w:rsidRPr="00E03F11">
        <w:rPr>
          <w:lang w:val="ru-RU"/>
        </w:rPr>
        <w:t>Трудово</w:t>
      </w:r>
      <w:r w:rsidR="00E03F11">
        <w:rPr>
          <w:lang w:val="ru-RU"/>
        </w:rPr>
        <w:t>го</w:t>
      </w:r>
      <w:r w:rsidRPr="00E03F11">
        <w:rPr>
          <w:lang w:val="ru-RU"/>
        </w:rPr>
        <w:t xml:space="preserve"> кодекс</w:t>
      </w:r>
      <w:r w:rsidR="00E03F11">
        <w:rPr>
          <w:lang w:val="ru-RU"/>
        </w:rPr>
        <w:t>а</w:t>
      </w:r>
      <w:r w:rsidRPr="00E03F11">
        <w:rPr>
          <w:lang w:val="ru-RU"/>
        </w:rPr>
        <w:t xml:space="preserve"> Российской Федерации </w:t>
      </w:r>
      <w:r w:rsidR="003A2FAE">
        <w:rPr>
          <w:lang w:val="ru-RU"/>
        </w:rPr>
        <w:br/>
      </w:r>
      <w:r w:rsidRPr="00E03F11">
        <w:rPr>
          <w:lang w:val="ru-RU"/>
        </w:rPr>
        <w:t>от 30 декабря 2001 года № 197-ФЗ (</w:t>
      </w:r>
      <w:r w:rsidR="00E03F11" w:rsidRPr="00E03F11">
        <w:rPr>
          <w:lang w:val="ru-RU"/>
        </w:rPr>
        <w:t xml:space="preserve">Собрание законодательства Российской Федерации, 2002, </w:t>
      </w:r>
      <w:r w:rsidR="003A2FAE">
        <w:rPr>
          <w:lang w:val="ru-RU"/>
        </w:rPr>
        <w:t>№</w:t>
      </w:r>
      <w:r w:rsidR="00E03F11" w:rsidRPr="00E03F11">
        <w:rPr>
          <w:lang w:val="ru-RU"/>
        </w:rPr>
        <w:t xml:space="preserve"> 1, ст. 3; 2013, </w:t>
      </w:r>
      <w:r w:rsidR="003A2FAE">
        <w:rPr>
          <w:lang w:val="ru-RU"/>
        </w:rPr>
        <w:t>№</w:t>
      </w:r>
      <w:r w:rsidR="00E03F11" w:rsidRPr="00E03F11">
        <w:rPr>
          <w:lang w:val="ru-RU"/>
        </w:rPr>
        <w:t xml:space="preserve"> 27, ст. 3449; 2016, </w:t>
      </w:r>
      <w:r w:rsidR="003A2FAE">
        <w:rPr>
          <w:lang w:val="ru-RU"/>
        </w:rPr>
        <w:t>№</w:t>
      </w:r>
      <w:r w:rsidR="00E03F11" w:rsidRPr="00E03F11">
        <w:rPr>
          <w:lang w:val="ru-RU"/>
        </w:rPr>
        <w:t xml:space="preserve"> 27, ст. 4238; 2020, </w:t>
      </w:r>
      <w:r w:rsidR="003A2FAE">
        <w:rPr>
          <w:lang w:val="ru-RU"/>
        </w:rPr>
        <w:br/>
        <w:t>№</w:t>
      </w:r>
      <w:r w:rsidR="00E03F11" w:rsidRPr="00E03F11">
        <w:rPr>
          <w:lang w:val="ru-RU"/>
        </w:rPr>
        <w:t xml:space="preserve"> 17, ст. 2705</w:t>
      </w:r>
      <w:r w:rsidRPr="00E03F11">
        <w:rPr>
          <w:lang w:val="ru-RU"/>
        </w:rPr>
        <w:t>) изменение</w:t>
      </w:r>
      <w:r w:rsidR="00E03F11">
        <w:rPr>
          <w:lang w:val="ru-RU"/>
        </w:rPr>
        <w:t xml:space="preserve">, дополнив часть вторую </w:t>
      </w:r>
      <w:r w:rsidR="00E03F11" w:rsidRPr="00E03F11">
        <w:rPr>
          <w:lang w:val="ru-RU"/>
        </w:rPr>
        <w:t>абзацем следующего содержания:</w:t>
      </w:r>
    </w:p>
    <w:p w14:paraId="31CD8C86" w14:textId="0A54EE49" w:rsidR="00526BF1" w:rsidRDefault="00FC507F" w:rsidP="003A2FAE">
      <w:pPr>
        <w:spacing w:after="0" w:line="360" w:lineRule="auto"/>
        <w:ind w:firstLine="709"/>
        <w:jc w:val="both"/>
        <w:rPr>
          <w:lang w:val="ru-RU"/>
        </w:rPr>
      </w:pPr>
      <w:r w:rsidRPr="00E03F11">
        <w:rPr>
          <w:lang w:val="ru-RU"/>
        </w:rPr>
        <w:t>«работникам в случае болезни супруга или близкого родственни</w:t>
      </w:r>
      <w:r w:rsidRPr="00E03F11">
        <w:rPr>
          <w:lang w:val="ru-RU"/>
        </w:rPr>
        <w:t>ка (родителей, детей, родных братьев и сестер, дедушки, бабушки, внуков), подтверж</w:t>
      </w:r>
      <w:r>
        <w:rPr>
          <w:lang w:val="ru-RU"/>
        </w:rPr>
        <w:t xml:space="preserve">денной медицинским документом, </w:t>
      </w:r>
      <w:bookmarkStart w:id="0" w:name="_GoBack"/>
      <w:bookmarkEnd w:id="0"/>
      <w:r>
        <w:rPr>
          <w:lang w:val="ru-RU"/>
        </w:rPr>
        <w:t>–</w:t>
      </w:r>
      <w:r w:rsidRPr="00E03F11">
        <w:rPr>
          <w:lang w:val="ru-RU"/>
        </w:rPr>
        <w:t xml:space="preserve"> до пяти календарных дней </w:t>
      </w:r>
      <w:r w:rsidR="003A2FAE">
        <w:rPr>
          <w:lang w:val="ru-RU"/>
        </w:rPr>
        <w:br/>
      </w:r>
      <w:r w:rsidRPr="00E03F11">
        <w:rPr>
          <w:lang w:val="ru-RU"/>
        </w:rPr>
        <w:t>в году</w:t>
      </w:r>
      <w:proofErr w:type="gramStart"/>
      <w:r w:rsidRPr="00E03F11">
        <w:rPr>
          <w:lang w:val="ru-RU"/>
        </w:rPr>
        <w:t>.»</w:t>
      </w:r>
      <w:r w:rsidR="00E03F11">
        <w:rPr>
          <w:lang w:val="ru-RU"/>
        </w:rPr>
        <w:t>.</w:t>
      </w:r>
      <w:proofErr w:type="gramEnd"/>
    </w:p>
    <w:p w14:paraId="57B31D28" w14:textId="77777777" w:rsidR="003A2FAE" w:rsidRPr="00E03F11" w:rsidRDefault="003A2FAE" w:rsidP="003A2FAE">
      <w:pPr>
        <w:spacing w:after="0" w:line="360" w:lineRule="auto"/>
        <w:ind w:firstLine="709"/>
        <w:jc w:val="both"/>
        <w:rPr>
          <w:lang w:val="ru-RU"/>
        </w:rPr>
      </w:pPr>
    </w:p>
    <w:p w14:paraId="2527C4A6" w14:textId="0D7262DF" w:rsidR="00526BF1" w:rsidRPr="00E03F11" w:rsidRDefault="00FC507F" w:rsidP="003A2FAE">
      <w:pPr>
        <w:spacing w:after="0" w:line="360" w:lineRule="auto"/>
        <w:ind w:firstLine="709"/>
        <w:jc w:val="both"/>
        <w:rPr>
          <w:lang w:val="ru-RU"/>
        </w:rPr>
      </w:pPr>
      <w:r w:rsidRPr="00E03F11">
        <w:rPr>
          <w:b/>
          <w:lang w:val="ru-RU"/>
        </w:rPr>
        <w:t>Статья 2</w:t>
      </w:r>
    </w:p>
    <w:p w14:paraId="540821DB" w14:textId="3637E05A" w:rsidR="00526BF1" w:rsidRPr="00E03F11" w:rsidRDefault="00FC507F" w:rsidP="003A2FAE">
      <w:pPr>
        <w:spacing w:after="0" w:line="360" w:lineRule="auto"/>
        <w:ind w:firstLine="709"/>
        <w:jc w:val="both"/>
        <w:rPr>
          <w:lang w:val="ru-RU"/>
        </w:rPr>
      </w:pPr>
      <w:r w:rsidRPr="00E03F11">
        <w:rPr>
          <w:lang w:val="ru-RU"/>
        </w:rPr>
        <w:t>Настоящий Федеральный закон вступает в силу со дня его официального опубликования.</w:t>
      </w:r>
    </w:p>
    <w:p w14:paraId="5707B164" w14:textId="77777777" w:rsidR="00526BF1" w:rsidRPr="00E03F11" w:rsidRDefault="00526BF1" w:rsidP="003A2FAE">
      <w:pPr>
        <w:spacing w:after="0" w:line="360" w:lineRule="auto"/>
        <w:jc w:val="both"/>
        <w:rPr>
          <w:lang w:val="ru-RU"/>
        </w:rPr>
      </w:pPr>
    </w:p>
    <w:p w14:paraId="5D2D2A35" w14:textId="77777777" w:rsidR="00526BF1" w:rsidRPr="00E03F11" w:rsidRDefault="00526BF1" w:rsidP="003A2FAE">
      <w:pPr>
        <w:spacing w:after="0" w:line="360" w:lineRule="auto"/>
        <w:jc w:val="both"/>
        <w:rPr>
          <w:lang w:val="ru-RU"/>
        </w:rPr>
      </w:pPr>
    </w:p>
    <w:p w14:paraId="6DC2ACF7" w14:textId="77777777" w:rsidR="003A2FAE" w:rsidRPr="008201F7" w:rsidRDefault="003A2FAE" w:rsidP="003A2FAE">
      <w:pPr>
        <w:tabs>
          <w:tab w:val="left" w:pos="567"/>
          <w:tab w:val="left" w:pos="851"/>
        </w:tabs>
        <w:autoSpaceDE w:val="0"/>
        <w:autoSpaceDN w:val="0"/>
        <w:adjustRightInd w:val="0"/>
        <w:spacing w:after="0"/>
        <w:ind w:right="6519"/>
        <w:contextualSpacing/>
        <w:jc w:val="center"/>
        <w:rPr>
          <w:bCs/>
          <w:szCs w:val="28"/>
          <w:lang w:eastAsia="ru-RU"/>
        </w:rPr>
      </w:pPr>
      <w:proofErr w:type="spellStart"/>
      <w:r w:rsidRPr="008201F7">
        <w:rPr>
          <w:bCs/>
          <w:szCs w:val="28"/>
          <w:lang w:eastAsia="ru-RU"/>
        </w:rPr>
        <w:t>Президент</w:t>
      </w:r>
      <w:proofErr w:type="spellEnd"/>
    </w:p>
    <w:p w14:paraId="6072828E" w14:textId="77777777" w:rsidR="003A2FAE" w:rsidRPr="008201F7" w:rsidRDefault="003A2FAE" w:rsidP="003A2FAE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6519"/>
        <w:contextualSpacing/>
        <w:jc w:val="center"/>
        <w:rPr>
          <w:szCs w:val="28"/>
        </w:rPr>
      </w:pPr>
      <w:proofErr w:type="spellStart"/>
      <w:r w:rsidRPr="008201F7">
        <w:rPr>
          <w:color w:val="000000"/>
          <w:spacing w:val="-2"/>
          <w:szCs w:val="28"/>
          <w:lang w:eastAsia="ru-RU"/>
        </w:rPr>
        <w:t>Российской</w:t>
      </w:r>
      <w:proofErr w:type="spellEnd"/>
      <w:r w:rsidRPr="008201F7">
        <w:rPr>
          <w:color w:val="000000"/>
          <w:spacing w:val="-2"/>
          <w:szCs w:val="28"/>
          <w:lang w:eastAsia="ru-RU"/>
        </w:rPr>
        <w:t xml:space="preserve"> </w:t>
      </w:r>
      <w:proofErr w:type="spellStart"/>
      <w:r w:rsidRPr="008201F7">
        <w:rPr>
          <w:color w:val="000000"/>
          <w:spacing w:val="-2"/>
          <w:szCs w:val="28"/>
          <w:lang w:eastAsia="ru-RU"/>
        </w:rPr>
        <w:t>Федерации</w:t>
      </w:r>
      <w:proofErr w:type="spellEnd"/>
    </w:p>
    <w:p w14:paraId="632BCA5B" w14:textId="29DF1202" w:rsidR="00526BF1" w:rsidRDefault="00526BF1" w:rsidP="003A2FAE">
      <w:pPr>
        <w:spacing w:after="0" w:line="360" w:lineRule="auto"/>
      </w:pPr>
    </w:p>
    <w:sectPr w:rsidR="00526BF1" w:rsidSect="003A2FAE">
      <w:pgSz w:w="11906" w:h="16838"/>
      <w:pgMar w:top="1134" w:right="849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60C5D"/>
    <w:rsid w:val="0029639D"/>
    <w:rsid w:val="00326F90"/>
    <w:rsid w:val="003A2FAE"/>
    <w:rsid w:val="00414B39"/>
    <w:rsid w:val="00526BF1"/>
    <w:rsid w:val="00AA1D8D"/>
    <w:rsid w:val="00B47730"/>
    <w:rsid w:val="00CB0664"/>
    <w:rsid w:val="00DE45F5"/>
    <w:rsid w:val="00E03F11"/>
    <w:rsid w:val="00E71AA4"/>
    <w:rsid w:val="00FC50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BFA90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E03F1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E03F1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2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972FE1-8B00-441E-949B-7556459C8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ДАВАНКОВ Владислав Андреевич</cp:lastModifiedBy>
  <cp:revision>9</cp:revision>
  <cp:lastPrinted>2026-04-24T08:00:00Z</cp:lastPrinted>
  <dcterms:created xsi:type="dcterms:W3CDTF">2013-12-23T23:15:00Z</dcterms:created>
  <dcterms:modified xsi:type="dcterms:W3CDTF">2026-04-24T08:07:00Z</dcterms:modified>
</cp:coreProperties>
</file>